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הקבוצה - שם, צבעים, סמל ומוטו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לכדורגל ולעידוד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בבניית קבוצה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שעוזרת לקבוצה להרגיש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צריכה שם כדי שיזהו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הצבעים עוזרים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עידוד נותן כוח לשחקנים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הקבוצות כן בוחרות סמל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כלל עוזר לקבוצה לשחק יחד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(ציור קטן שמסמן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 שלובשים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(אנשים שבאים לתמוך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(מילים שנותנות כוח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(חוק שכולם שומרים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 - בונים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 וקצר, מתאים לכדורגל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צבעים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 או משפט קצר שמעודד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עם הסבר קצר על הצבעים והצורות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קצר עם הסבר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ברור ומקורי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שני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חיובית שמעודדת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לילדים לצייר את הסמל בפועל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מילות העידוד שכל ילד 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בין הילדים - כל אחד מציג את הקבוצה שלו בקצרה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צריך כדי להקים קבוצת כדורגל - שם, צבעים, סמל, מילת עידוד וכלל. נתרגל את המילים האלה ונחשוב על הקבוצה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לובשים שחקני הקבוצה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לציור הקטן שמסמן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בא לראות את המשחק ולעודד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'מילת עידוד'?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שעוזרת לקבוצה להרגיש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של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לבחור לקבוצה חדשה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קבוצת כדורגל יש שם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 החולצה לא חשובים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עוזרים לקבוצה עם מילות עידוד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לקבוצה שיהיה סמל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בקבוצה זה חוק שכולם שומרים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השחקנים לובשים __________ עם הצבעים של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זה ציור קטן שמסמן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באים לעודד את הקבוצה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אומרים מילת __________ כדי לתת כוח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בקבוצה יש __________ אחד שכולם שומרים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של הקבוצה הוא משפט קצר שמסמל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בגד שלובשים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מילים שנותנות כוח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חוק שכולם שומרים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שבאים לתמוך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קטן שמסמן את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 - בונים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לקבוצה הדמיונית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איזה צבעים יהיו לחולצה של הקבוצה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מילת עידוד אחת לקבוצה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הסמל של הקבוצה שלכם וספרו מה יש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חשוב לקבוצה שלכם ולמה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הקבוצה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הצבעים של החולצה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עידוד אחת לקבוצה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הקבוצה הדמיונית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