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הקבוצה הדמיונית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הקבוצה - שם, צבעים, סמל ומוטו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לכדורגל ולעידוד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יצירתיות בבניית קבוצה דמיונית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אוהדים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מילה שעוזרת לקבוצה להרגיש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צריכה שם כדי שיזהו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הצבעים עוזרים לזהות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עידוד נותן כוח לשחקנים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רוב הקבוצות כן בוחרות סמל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כלל עוזר לקבוצה לשחק יחד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אוהדים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(ציור קטן שמסמן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(בגד שלובשים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(אנשים שבאים לתמוך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(מילים שנותנות כוח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(חוק שכולם שומרים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 - בונים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מקורי וקצר, מתאים לכדורגל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צבעים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מילה או משפט קצר שמעודד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עם הסבר קצר על הצבעים והצורות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כלל קצר עם הסבר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ברור ומקורי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שני 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חיובית שמעודדת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לילדים לצייר את הסמל בפועל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מילות העידוד שכל ילד 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בין הילדים - כל אחד מציג את הקבוצה שלו בקצרה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הקבוצה הדמיונית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מה יש לקבוצת כדורגל: שם, צבעים, סמל ומילה של עידוד. זה דף קל וכיף.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שחקנים ששחקים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סֵמֶל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צִיוּר קטן שמסמן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חֻלְצָה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הבגד שהשחקנים לובשים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עִדּוּד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שאומרים כדי לעזור לקבוצה לנצח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אוֹהֲדִים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שבאים לראות ולתמוך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כְּלָל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קטן שכולם בקבוצה שומרים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מוֹטוֹ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שמסמל את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לובשים בכדורגל?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לציור של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צועק ועוזר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עידוד זה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שעוזרת לקבוצה להרגיש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של החולצה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בוחרים ראשון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ישן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קבוצת כדורגל יש שם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צבעי החולצה לא חשובים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אוהדים עוזרים לקבוצה עם מילות עידוד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לקבוצה שיהיה סמל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בקבוצה זה חוק שכולם שומרים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השחקנים לובשים __________ עם הצבעים של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זה ציור קטן שמסמן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באים לעודד את הקבוצה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אומרים מילת __________ כדי לתת כוח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בקבוצה יש __________ אחד שכולם שומרים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של הקבוצה הוא משפט קצר שמסמל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שבאים לתמוך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חוק שכולם שומרים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ציור קטן שמסמן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בגד שלובשים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מילים שנותנות כוח לקבוצה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 - בונים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לקבוצה הדמיונית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איזה צבעים יהיו לחולצה של הקבוצה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מילת עידוד אחת לקבוצה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הסמל של הקבוצה שלכם וספרו מה יש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כלל אחד חשוב לקבוצה שלכם ולמה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הקבוצה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הצבעים של החולצה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עידוד אחת לקבוצה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הקבוצה הדמיונית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