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הקבוצה הדמיונית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הקבוצה - שם, צבעים, סמל ומוטו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הקשורות לכדורגל ולעידוד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יצירתיות בבניית קבוצה דמיונית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אוהדים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קבוצה צריכה שם כדי שיזהו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הצבעים עוזרים לזהות את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עידוד נותן כוח לשחקנים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אוהדים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(ציור קטן שמסמן את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(בגד שלובשים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(אנשים שבאים לתמוך בקבוצה)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(מילים שנותנות כוח לקבוצה)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 - בונים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מקורי וקצר, מתאים לכדורגל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צבעים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ברור עם הסבר קצר על הצבעים והצורות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ברור ומקורי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לפחות שני צבעים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חיובית שמעודדת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לילדים לצייר את הסמל בפועל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מילות העידוד שכל ילד 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בין הילדים - כל אחד מציג את הקבוצה שלו בקצרה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הקבוצה הדמיונית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מה צריך כדי להקים קבוצת כדורגל - שם, צבעים, סמל, מילת עידוד וכלל. נתרגל את המילים האלה ונחשוב על הקבוצה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חולצה  ·  סמל  ·  אוהדים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לובשים שחקני הקבוצה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נעליים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קוראים לציור הקטן שמסמן את הקבוצה?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בא לראות את המשחק ולעודד את הקבוצה?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אוהדים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מאמנים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קבוצת כדורגל יש שם משלה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צבעי החולצה לא חשובים בקבוצה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אוהדים עוזרים לקבוצה עם מילות עידוד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השחקנים לובשים __________ עם הצבעים של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זה ציור קטן שמסמן את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באים לעודד את הקבוצה במשחק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מילים שנותנות כוח לקבוצה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חולצה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אנשים שבאים לתמוך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אוהדים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ציור קטן שמסמן את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עידוד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בגד שלובשים במשחק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 - בונים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שם לקבוצה הדמיונית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איזה צבעים יהיו לחולצה של הקבוצה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את הסמל של הקבוצה שלכם וספרו מה יש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הקבוצה שבחרתם?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הצבעים של החולצה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הקבוצה הדמיונית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